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D751D" w14:textId="64CA2260" w:rsidR="006600C0" w:rsidRPr="009436D2" w:rsidRDefault="00617BE2" w:rsidP="006600C0">
      <w:pPr>
        <w:spacing w:after="0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9436D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r w:rsidR="006600C0" w:rsidRPr="009436D2">
        <w:rPr>
          <w:rFonts w:ascii="Times New Roman" w:hAnsi="Times New Roman" w:cs="Times New Roman"/>
          <w:i/>
          <w:sz w:val="20"/>
          <w:szCs w:val="20"/>
          <w:lang w:val="ru-RU"/>
        </w:rPr>
        <w:t xml:space="preserve">(оформляется на фирменном </w:t>
      </w:r>
    </w:p>
    <w:p w14:paraId="3AC2BBD7" w14:textId="77777777" w:rsidR="006600C0" w:rsidRPr="006600C0" w:rsidRDefault="006600C0" w:rsidP="006600C0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436D2">
        <w:rPr>
          <w:rFonts w:ascii="Times New Roman" w:hAnsi="Times New Roman" w:cs="Times New Roman"/>
          <w:i/>
          <w:sz w:val="20"/>
          <w:szCs w:val="20"/>
          <w:lang w:val="ru-RU"/>
        </w:rPr>
        <w:t>бланке предприятия)</w:t>
      </w:r>
    </w:p>
    <w:p w14:paraId="5BAD0CEF" w14:textId="77777777" w:rsidR="006600C0" w:rsidRDefault="006600C0" w:rsidP="006600C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8D600E5" w14:textId="77777777" w:rsidR="006600C0" w:rsidRDefault="006600C0" w:rsidP="006600C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4ED2363" w14:textId="77777777" w:rsidR="00EF18FF" w:rsidRDefault="006600C0" w:rsidP="008756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Предложение</w:t>
      </w:r>
      <w:r w:rsidR="009436D2" w:rsidRPr="006600C0">
        <w:rPr>
          <w:rFonts w:ascii="Times New Roman" w:hAnsi="Times New Roman" w:cs="Times New Roman"/>
          <w:b/>
          <w:sz w:val="24"/>
          <w:szCs w:val="24"/>
          <w:lang w:val="ru-RU"/>
        </w:rPr>
        <w:br/>
        <w:t>о заключении договора о целевом обучении</w:t>
      </w:r>
      <w:r w:rsidR="009436D2" w:rsidRPr="006600C0">
        <w:rPr>
          <w:rFonts w:ascii="Times New Roman" w:hAnsi="Times New Roman" w:cs="Times New Roman"/>
          <w:b/>
          <w:sz w:val="24"/>
          <w:szCs w:val="24"/>
          <w:lang w:val="ru-RU"/>
        </w:rPr>
        <w:br/>
        <w:t>по образовательной программе среднего профессионального образования</w:t>
      </w:r>
    </w:p>
    <w:p w14:paraId="787370C4" w14:textId="77777777" w:rsidR="008756F7" w:rsidRDefault="008756F7" w:rsidP="008756F7">
      <w:pPr>
        <w:spacing w:after="0"/>
        <w:jc w:val="center"/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8756F7">
        <w:rPr>
          <w:rFonts w:ascii="Times New Roman" w:hAnsi="Times New Roman" w:cs="Times New Roman"/>
          <w:i/>
          <w:sz w:val="20"/>
          <w:szCs w:val="20"/>
          <w:lang w:val="ru-RU"/>
        </w:rPr>
        <w:t>(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>Типовая форма у</w:t>
      </w:r>
      <w:r w:rsidRPr="008756F7">
        <w:rPr>
          <w:rFonts w:ascii="Times New Roman" w:hAnsi="Times New Roman" w:cs="Times New Roman"/>
          <w:i/>
          <w:sz w:val="20"/>
          <w:szCs w:val="20"/>
          <w:lang w:val="ru-RU"/>
        </w:rPr>
        <w:t>тверждена постановлением Правительства РФ от 27.04.2024 № 555)</w:t>
      </w:r>
    </w:p>
    <w:p w14:paraId="7FBA0D4E" w14:textId="77777777" w:rsidR="008756F7" w:rsidRPr="008756F7" w:rsidRDefault="008756F7" w:rsidP="008756F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843"/>
        <w:gridCol w:w="4836"/>
      </w:tblGrid>
      <w:tr w:rsidR="00041FD4" w:rsidRPr="00617BE2" w14:paraId="7331B889" w14:textId="77777777" w:rsidTr="00D84699">
        <w:tc>
          <w:tcPr>
            <w:tcW w:w="9905" w:type="dxa"/>
            <w:gridSpan w:val="2"/>
          </w:tcPr>
          <w:p w14:paraId="1F9D5E27" w14:textId="77777777" w:rsidR="00041FD4" w:rsidRDefault="00041FD4" w:rsidP="00660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4DA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DB4DA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Общие сведения о заказчике</w:t>
            </w:r>
          </w:p>
        </w:tc>
      </w:tr>
      <w:tr w:rsidR="00041FD4" w14:paraId="67D9F322" w14:textId="77777777" w:rsidTr="00D84699">
        <w:tc>
          <w:tcPr>
            <w:tcW w:w="4952" w:type="dxa"/>
            <w:vAlign w:val="center"/>
          </w:tcPr>
          <w:p w14:paraId="55814CB7" w14:textId="77777777" w:rsidR="00041FD4" w:rsidRDefault="00041FD4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Идентификационный номер предложения:</w:t>
            </w:r>
          </w:p>
        </w:tc>
        <w:tc>
          <w:tcPr>
            <w:tcW w:w="4953" w:type="dxa"/>
          </w:tcPr>
          <w:p w14:paraId="3F602E38" w14:textId="525CAA9E" w:rsidR="00041FD4" w:rsidRPr="00074794" w:rsidRDefault="00074794" w:rsidP="00041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1FD4" w14:paraId="4317CAE7" w14:textId="77777777" w:rsidTr="00D84699">
        <w:tc>
          <w:tcPr>
            <w:tcW w:w="4952" w:type="dxa"/>
            <w:vAlign w:val="center"/>
          </w:tcPr>
          <w:p w14:paraId="2F51428F" w14:textId="77777777" w:rsidR="00041FD4" w:rsidRDefault="00041FD4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формирования предложения:</w:t>
            </w:r>
          </w:p>
        </w:tc>
        <w:tc>
          <w:tcPr>
            <w:tcW w:w="4953" w:type="dxa"/>
          </w:tcPr>
          <w:p w14:paraId="6CC455AD" w14:textId="3A84F547" w:rsidR="00041FD4" w:rsidRDefault="00041FD4" w:rsidP="00041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59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31.07.2026</w:t>
            </w:r>
          </w:p>
        </w:tc>
      </w:tr>
      <w:tr w:rsidR="00041FD4" w:rsidRPr="00617BE2" w14:paraId="67B3D404" w14:textId="77777777" w:rsidTr="00D84699">
        <w:tc>
          <w:tcPr>
            <w:tcW w:w="4952" w:type="dxa"/>
            <w:vAlign w:val="center"/>
          </w:tcPr>
          <w:p w14:paraId="02CFDFE8" w14:textId="77777777" w:rsidR="00041FD4" w:rsidRDefault="00041FD4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наименование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заказчика</w:t>
            </w:r>
            <w:r w:rsidRPr="00660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4953" w:type="dxa"/>
          </w:tcPr>
          <w:p w14:paraId="1316AB3C" w14:textId="4D71BFBB" w:rsidR="00D84699" w:rsidRPr="00074794" w:rsidRDefault="00074794" w:rsidP="00660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 с ограниченной ответственностью «АКВАЛИДЕР»</w:t>
            </w:r>
          </w:p>
        </w:tc>
      </w:tr>
      <w:tr w:rsidR="00041FD4" w14:paraId="6E00A72E" w14:textId="77777777" w:rsidTr="00495918">
        <w:trPr>
          <w:trHeight w:val="397"/>
        </w:trPr>
        <w:tc>
          <w:tcPr>
            <w:tcW w:w="4952" w:type="dxa"/>
            <w:vAlign w:val="center"/>
          </w:tcPr>
          <w:p w14:paraId="78D998A2" w14:textId="77777777" w:rsidR="00041FD4" w:rsidRDefault="00D84699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действи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предложения:</w:t>
            </w:r>
          </w:p>
        </w:tc>
        <w:tc>
          <w:tcPr>
            <w:tcW w:w="4953" w:type="dxa"/>
            <w:vAlign w:val="center"/>
          </w:tcPr>
          <w:p w14:paraId="4EC1705E" w14:textId="77777777" w:rsidR="00D84699" w:rsidRPr="00D84699" w:rsidRDefault="00D84699" w:rsidP="00D8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6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17.08.2026 включительно </w:t>
            </w:r>
          </w:p>
        </w:tc>
      </w:tr>
      <w:tr w:rsidR="00041FD4" w14:paraId="3E334E74" w14:textId="77777777" w:rsidTr="00D84699">
        <w:tc>
          <w:tcPr>
            <w:tcW w:w="4952" w:type="dxa"/>
            <w:vAlign w:val="center"/>
          </w:tcPr>
          <w:p w14:paraId="2A1A722B" w14:textId="77777777" w:rsidR="00041FD4" w:rsidRDefault="00D84699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00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договоров:</w:t>
            </w:r>
          </w:p>
        </w:tc>
        <w:tc>
          <w:tcPr>
            <w:tcW w:w="4953" w:type="dxa"/>
          </w:tcPr>
          <w:p w14:paraId="6F58D6BF" w14:textId="306AC357" w:rsidR="00D84699" w:rsidRDefault="00074794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041FD4" w:rsidRPr="00617BE2" w14:paraId="39D0287B" w14:textId="77777777" w:rsidTr="00D84699">
        <w:tc>
          <w:tcPr>
            <w:tcW w:w="4952" w:type="dxa"/>
            <w:vAlign w:val="center"/>
          </w:tcPr>
          <w:p w14:paraId="515595BA" w14:textId="77777777" w:rsidR="00041FD4" w:rsidRDefault="00D84699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4DAD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DB4DA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Предложение адресовано гражданам:</w:t>
            </w:r>
          </w:p>
        </w:tc>
        <w:tc>
          <w:tcPr>
            <w:tcW w:w="4953" w:type="dxa"/>
          </w:tcPr>
          <w:p w14:paraId="5B5DD563" w14:textId="77777777" w:rsidR="00D84699" w:rsidRDefault="00D84699" w:rsidP="00D846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41F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оступающим на целевое обучение по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не в пределах установленной квоты</w:t>
            </w:r>
          </w:p>
        </w:tc>
      </w:tr>
      <w:tr w:rsidR="00D84699" w14:paraId="185B7FB4" w14:textId="77777777" w:rsidTr="00495918">
        <w:trPr>
          <w:trHeight w:val="180"/>
        </w:trPr>
        <w:tc>
          <w:tcPr>
            <w:tcW w:w="9905" w:type="dxa"/>
            <w:gridSpan w:val="2"/>
            <w:vAlign w:val="center"/>
          </w:tcPr>
          <w:p w14:paraId="01ADD7A5" w14:textId="77777777" w:rsidR="00D84699" w:rsidRDefault="00D84699" w:rsidP="006600C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5368A12" w14:textId="77777777" w:rsidR="00D84699" w:rsidRDefault="00D84699" w:rsidP="00660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C57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E83C5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Требования к кандидату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41FD4" w14:paraId="67D25F22" w14:textId="77777777" w:rsidTr="00495918">
        <w:tc>
          <w:tcPr>
            <w:tcW w:w="4952" w:type="dxa"/>
            <w:vAlign w:val="center"/>
          </w:tcPr>
          <w:p w14:paraId="093ED87A" w14:textId="77777777" w:rsidR="00041FD4" w:rsidRPr="00D84699" w:rsidRDefault="00D84699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6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в части допуска к сведениям, составляющим государственную тайну, для осуществления трудовой деятельности в соответствии с договором о целевом обучении:</w:t>
            </w:r>
          </w:p>
        </w:tc>
        <w:tc>
          <w:tcPr>
            <w:tcW w:w="4953" w:type="dxa"/>
            <w:vAlign w:val="center"/>
          </w:tcPr>
          <w:p w14:paraId="28E80346" w14:textId="3307D90E" w:rsidR="00D84699" w:rsidRDefault="00495918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041FD4" w:rsidRPr="00074794" w14:paraId="435C1199" w14:textId="77777777" w:rsidTr="00495918">
        <w:tc>
          <w:tcPr>
            <w:tcW w:w="4952" w:type="dxa"/>
            <w:vAlign w:val="center"/>
          </w:tcPr>
          <w:p w14:paraId="0C9878DE" w14:textId="77777777" w:rsidR="00041FD4" w:rsidRPr="00D84699" w:rsidRDefault="00D84699" w:rsidP="00D846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6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в части отсутствия у гражданина медицинских противопоказаний к осуществлению трудовой деятельности в соответствии с договором о целевом обучении:</w:t>
            </w:r>
          </w:p>
        </w:tc>
        <w:tc>
          <w:tcPr>
            <w:tcW w:w="4953" w:type="dxa"/>
            <w:vAlign w:val="center"/>
          </w:tcPr>
          <w:p w14:paraId="70713DC8" w14:textId="0235BD35" w:rsidR="00D84699" w:rsidRDefault="00074794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041FD4" w14:paraId="709FD5B7" w14:textId="77777777" w:rsidTr="00495918">
        <w:tc>
          <w:tcPr>
            <w:tcW w:w="4952" w:type="dxa"/>
            <w:vAlign w:val="center"/>
          </w:tcPr>
          <w:p w14:paraId="3E1C02CF" w14:textId="77777777" w:rsidR="00041FD4" w:rsidRPr="00D84699" w:rsidRDefault="00D84699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6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Гражданин должен проживать на территории закрытого административно-территориального образования:</w:t>
            </w:r>
          </w:p>
        </w:tc>
        <w:tc>
          <w:tcPr>
            <w:tcW w:w="4953" w:type="dxa"/>
            <w:vAlign w:val="center"/>
          </w:tcPr>
          <w:p w14:paraId="61ED88A4" w14:textId="2E6F8129" w:rsidR="00D84699" w:rsidRDefault="00495918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041FD4" w:rsidRPr="00495918" w14:paraId="606FFF3E" w14:textId="77777777" w:rsidTr="00495918">
        <w:tc>
          <w:tcPr>
            <w:tcW w:w="4952" w:type="dxa"/>
            <w:vAlign w:val="center"/>
          </w:tcPr>
          <w:p w14:paraId="3ED6BB07" w14:textId="77777777" w:rsidR="00041FD4" w:rsidRPr="00D84699" w:rsidRDefault="00D84699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46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требования в отношении допуска гражданина к осуществлению трудовой деятельности:</w:t>
            </w:r>
          </w:p>
        </w:tc>
        <w:tc>
          <w:tcPr>
            <w:tcW w:w="4953" w:type="dxa"/>
            <w:vAlign w:val="center"/>
          </w:tcPr>
          <w:p w14:paraId="4ED1C499" w14:textId="4916B245" w:rsidR="00041FD4" w:rsidRDefault="00495918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041FD4" w14:paraId="27017F0D" w14:textId="77777777" w:rsidTr="004E42D5">
        <w:trPr>
          <w:trHeight w:val="3675"/>
        </w:trPr>
        <w:tc>
          <w:tcPr>
            <w:tcW w:w="4952" w:type="dxa"/>
            <w:vAlign w:val="center"/>
          </w:tcPr>
          <w:p w14:paraId="439FC950" w14:textId="77777777" w:rsidR="00041FD4" w:rsidRPr="00F00E8D" w:rsidRDefault="00F00E8D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E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Требования, установленные нормативными правовыми актами, определяющими особенности заключения договора о </w:t>
            </w:r>
            <w:bookmarkStart w:id="0" w:name="l1616"/>
            <w:bookmarkEnd w:id="0"/>
            <w:r w:rsidRPr="00F00E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целевом обучении, который включает в себя обязательство гражданина, заключившего договор о целевом обучении, по прохождению государственной службы или муниципальной службы после завершения обучения (в том числе требование о необходимости прохождения гражданином конкурса на заключение договора о целевом обучении)</w:t>
            </w:r>
          </w:p>
        </w:tc>
        <w:tc>
          <w:tcPr>
            <w:tcW w:w="4953" w:type="dxa"/>
            <w:vAlign w:val="center"/>
          </w:tcPr>
          <w:p w14:paraId="63FAC918" w14:textId="1470C7F3" w:rsidR="00F00E8D" w:rsidRDefault="00495918" w:rsidP="00F00E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4E42D5" w:rsidRPr="00617BE2" w14:paraId="1D725C38" w14:textId="77777777" w:rsidTr="00562764">
        <w:tc>
          <w:tcPr>
            <w:tcW w:w="9905" w:type="dxa"/>
            <w:gridSpan w:val="2"/>
            <w:vAlign w:val="center"/>
          </w:tcPr>
          <w:p w14:paraId="7F73EDAF" w14:textId="77777777" w:rsidR="004E42D5" w:rsidRPr="004E42D5" w:rsidRDefault="004E42D5" w:rsidP="006600C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E42D5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r w:rsidRPr="004E42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Содержание договора о целевом обучении</w:t>
            </w:r>
          </w:p>
        </w:tc>
      </w:tr>
      <w:tr w:rsidR="00041FD4" w:rsidRPr="00495918" w14:paraId="11C08307" w14:textId="77777777" w:rsidTr="00D84699">
        <w:tc>
          <w:tcPr>
            <w:tcW w:w="4952" w:type="dxa"/>
            <w:vAlign w:val="center"/>
          </w:tcPr>
          <w:p w14:paraId="47489DBF" w14:textId="77777777" w:rsidR="00041FD4" w:rsidRPr="004E42D5" w:rsidRDefault="004E42D5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E42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рофессия, специальность, направление подготовки, научная специальность, по которой гражданин должен освоить основную образовательную программу:</w:t>
            </w:r>
          </w:p>
        </w:tc>
        <w:tc>
          <w:tcPr>
            <w:tcW w:w="4953" w:type="dxa"/>
          </w:tcPr>
          <w:p w14:paraId="47D87437" w14:textId="4E5747CD" w:rsidR="004E42D5" w:rsidRPr="004E42D5" w:rsidRDefault="004E42D5" w:rsidP="004E42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2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09.02.11 Разработка и упра</w:t>
            </w:r>
            <w:r w:rsidR="004959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вление программным обеспечением</w:t>
            </w:r>
          </w:p>
          <w:p w14:paraId="3B283D32" w14:textId="6EDA43AC" w:rsidR="004E42D5" w:rsidRPr="004E42D5" w:rsidRDefault="004E42D5" w:rsidP="004E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84699" w:rsidRPr="00617BE2" w14:paraId="4C97FE18" w14:textId="77777777" w:rsidTr="00D84699">
        <w:tc>
          <w:tcPr>
            <w:tcW w:w="4952" w:type="dxa"/>
            <w:vAlign w:val="center"/>
          </w:tcPr>
          <w:p w14:paraId="216F718C" w14:textId="77777777" w:rsidR="00D84699" w:rsidRPr="004E42D5" w:rsidRDefault="004E42D5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E42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рганизация, осуществляющая образовательную деятельность, в которой гражданин должен освоить образовательную программу:</w:t>
            </w:r>
          </w:p>
        </w:tc>
        <w:tc>
          <w:tcPr>
            <w:tcW w:w="4953" w:type="dxa"/>
          </w:tcPr>
          <w:p w14:paraId="4B63BEB5" w14:textId="77777777" w:rsidR="00D84699" w:rsidRDefault="004E42D5" w:rsidP="006600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Индустриальный институт (филиал) федерального государственного бюджетного образовательного учреждения высшего образования «Югорский государственный университет»</w:t>
            </w:r>
          </w:p>
        </w:tc>
      </w:tr>
      <w:tr w:rsidR="00D84699" w14:paraId="1D25B597" w14:textId="77777777" w:rsidTr="00C0279E">
        <w:tc>
          <w:tcPr>
            <w:tcW w:w="4952" w:type="dxa"/>
            <w:vAlign w:val="center"/>
          </w:tcPr>
          <w:p w14:paraId="7DFBBE79" w14:textId="77777777" w:rsidR="00D84699" w:rsidRPr="00C0279E" w:rsidRDefault="00C0279E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C02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орма обучения, по которой гражданин должен освоить основную образовательную программу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4953" w:type="dxa"/>
            <w:vAlign w:val="center"/>
          </w:tcPr>
          <w:p w14:paraId="3DC72D68" w14:textId="77777777" w:rsidR="00D84699" w:rsidRDefault="00C0279E" w:rsidP="00C02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</w:tr>
      <w:tr w:rsidR="00D84699" w14:paraId="75FBCB33" w14:textId="77777777" w:rsidTr="00C0279E">
        <w:tc>
          <w:tcPr>
            <w:tcW w:w="4952" w:type="dxa"/>
            <w:vAlign w:val="center"/>
          </w:tcPr>
          <w:p w14:paraId="4AB42E48" w14:textId="77777777" w:rsidR="00D84699" w:rsidRPr="00C0279E" w:rsidRDefault="00C0279E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02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бразовательная программа среднего профессионального образования, реализуемая на базе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4953" w:type="dxa"/>
            <w:vAlign w:val="center"/>
          </w:tcPr>
          <w:p w14:paraId="7D60647B" w14:textId="77777777" w:rsidR="00D84699" w:rsidRPr="00C0279E" w:rsidRDefault="00C0279E" w:rsidP="00C02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 общего образования</w:t>
            </w:r>
          </w:p>
        </w:tc>
      </w:tr>
      <w:tr w:rsidR="00D84699" w14:paraId="6418DC31" w14:textId="77777777" w:rsidTr="00C0279E">
        <w:tc>
          <w:tcPr>
            <w:tcW w:w="4952" w:type="dxa"/>
            <w:vAlign w:val="center"/>
          </w:tcPr>
          <w:p w14:paraId="57AF61EE" w14:textId="77777777" w:rsidR="00D84699" w:rsidRPr="00C0279E" w:rsidRDefault="00C0279E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C02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еобходимость наличия государственной аккредитации образовательной программы, которую должен освоить гражданин</w:t>
            </w:r>
          </w:p>
        </w:tc>
        <w:tc>
          <w:tcPr>
            <w:tcW w:w="4953" w:type="dxa"/>
            <w:vAlign w:val="center"/>
          </w:tcPr>
          <w:p w14:paraId="7E4CD1C8" w14:textId="77777777" w:rsidR="00D84699" w:rsidRDefault="00C0279E" w:rsidP="00C02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D84699" w14:paraId="35AA0286" w14:textId="77777777" w:rsidTr="00C0279E">
        <w:tc>
          <w:tcPr>
            <w:tcW w:w="4952" w:type="dxa"/>
            <w:vAlign w:val="center"/>
          </w:tcPr>
          <w:p w14:paraId="28C42B6E" w14:textId="77777777" w:rsidR="00D84699" w:rsidRPr="00C0279E" w:rsidRDefault="00C0279E" w:rsidP="00041F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 (годы) завершения освоения гражданином основной образовательной программы</w:t>
            </w:r>
          </w:p>
        </w:tc>
        <w:tc>
          <w:tcPr>
            <w:tcW w:w="4953" w:type="dxa"/>
            <w:vAlign w:val="center"/>
          </w:tcPr>
          <w:p w14:paraId="08C2D675" w14:textId="77777777" w:rsidR="00D84699" w:rsidRDefault="00C0279E" w:rsidP="00C027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2029</w:t>
            </w:r>
          </w:p>
        </w:tc>
      </w:tr>
      <w:tr w:rsidR="00074794" w:rsidRPr="00617BE2" w14:paraId="73A7EC9D" w14:textId="77777777" w:rsidTr="00D84699">
        <w:tc>
          <w:tcPr>
            <w:tcW w:w="4952" w:type="dxa"/>
            <w:vAlign w:val="center"/>
          </w:tcPr>
          <w:p w14:paraId="562F951C" w14:textId="77777777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C02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аименование организации (индивидуального предпринимателя), в которой будет осуществляться трудовая деятельность </w:t>
            </w:r>
          </w:p>
        </w:tc>
        <w:tc>
          <w:tcPr>
            <w:tcW w:w="4953" w:type="dxa"/>
          </w:tcPr>
          <w:p w14:paraId="7A78497B" w14:textId="132C8A43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 с ограниченной ответственностью «АКВАЛИДЕР»</w:t>
            </w:r>
          </w:p>
        </w:tc>
      </w:tr>
      <w:tr w:rsidR="00074794" w:rsidRPr="00074794" w14:paraId="13BCA705" w14:textId="77777777" w:rsidTr="00D84699">
        <w:tc>
          <w:tcPr>
            <w:tcW w:w="4952" w:type="dxa"/>
            <w:vAlign w:val="center"/>
          </w:tcPr>
          <w:p w14:paraId="0C2D49D6" w14:textId="77777777" w:rsidR="00074794" w:rsidRPr="00C0279E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C02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аименование субъекта (субъектов)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котором</w:t>
            </w:r>
            <w:r w:rsidRPr="00C02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будет осуществляться трудовая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4953" w:type="dxa"/>
          </w:tcPr>
          <w:p w14:paraId="40764187" w14:textId="43EC341B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ХМАО</w:t>
            </w:r>
            <w:r w:rsidR="004959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-Югра</w:t>
            </w:r>
          </w:p>
        </w:tc>
      </w:tr>
      <w:tr w:rsidR="00074794" w:rsidRPr="00074794" w14:paraId="7D5EB5F2" w14:textId="77777777" w:rsidTr="00D84699">
        <w:tc>
          <w:tcPr>
            <w:tcW w:w="4952" w:type="dxa"/>
            <w:vAlign w:val="center"/>
          </w:tcPr>
          <w:p w14:paraId="47602F87" w14:textId="77777777" w:rsidR="00074794" w:rsidRPr="00C0279E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02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рок осуществления трудовой деятельности в соответствии с договором о целевом обучении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4953" w:type="dxa"/>
          </w:tcPr>
          <w:p w14:paraId="500C172C" w14:textId="77777777" w:rsidR="00074794" w:rsidRDefault="00074794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1979B4" w14:textId="16CBAD91" w:rsidR="00074794" w:rsidRDefault="00074794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59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года</w:t>
            </w:r>
          </w:p>
        </w:tc>
      </w:tr>
      <w:tr w:rsidR="00074794" w:rsidRPr="00074794" w14:paraId="5565119C" w14:textId="77777777" w:rsidTr="00495918">
        <w:tc>
          <w:tcPr>
            <w:tcW w:w="4952" w:type="dxa"/>
            <w:vAlign w:val="center"/>
          </w:tcPr>
          <w:p w14:paraId="3576F0A9" w14:textId="77777777" w:rsidR="00074794" w:rsidRPr="00BC24C7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C24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еры поддержки, предоставляемые гражданину в период обучения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4953" w:type="dxa"/>
            <w:vAlign w:val="center"/>
          </w:tcPr>
          <w:p w14:paraId="7D5F8B04" w14:textId="3D50BA83" w:rsidR="00074794" w:rsidRDefault="00074794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59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1900 руб./</w:t>
            </w:r>
            <w:proofErr w:type="spellStart"/>
            <w:r w:rsidRPr="004959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</w:t>
            </w:r>
            <w:proofErr w:type="spellEnd"/>
            <w:r w:rsidRPr="004959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2026 г.</w:t>
            </w:r>
          </w:p>
        </w:tc>
      </w:tr>
      <w:tr w:rsidR="00074794" w14:paraId="6D41EBC5" w14:textId="77777777" w:rsidTr="00D84699">
        <w:tc>
          <w:tcPr>
            <w:tcW w:w="4952" w:type="dxa"/>
            <w:vAlign w:val="center"/>
          </w:tcPr>
          <w:p w14:paraId="216182F0" w14:textId="77777777" w:rsidR="00074794" w:rsidRPr="00F152FD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</w:t>
            </w:r>
            <w:r w:rsidRPr="00F15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еры социальной поддержки, социальные гарантии и выплаты в период осуществления трудовой деятельности,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ность в месте ее осуществления</w:t>
            </w:r>
            <w:r w:rsidRPr="00F15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4953" w:type="dxa"/>
          </w:tcPr>
          <w:p w14:paraId="34E8EEEE" w14:textId="77777777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722EDB6" w14:textId="77777777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06435F" w14:textId="77777777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536EB4" w14:textId="77777777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CCAA509" w14:textId="77777777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2A4C92" w14:textId="5435146E" w:rsidR="00074794" w:rsidRDefault="00495918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трудовым договором</w:t>
            </w:r>
          </w:p>
          <w:p w14:paraId="32C85215" w14:textId="77777777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01CFB0" w14:textId="77777777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896788" w14:textId="77777777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C55A905" w14:textId="5797BD5C" w:rsidR="00074794" w:rsidRDefault="00074794" w:rsidP="00074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4794" w:rsidRPr="00617BE2" w14:paraId="174E3675" w14:textId="77777777" w:rsidTr="00D84699">
        <w:tc>
          <w:tcPr>
            <w:tcW w:w="4952" w:type="dxa"/>
            <w:vAlign w:val="center"/>
          </w:tcPr>
          <w:p w14:paraId="14FEE54C" w14:textId="77777777" w:rsidR="00074794" w:rsidRPr="00F152FD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F15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еры социальной поддержки, социальные гарантии и выплаты в период осуществления трудовой деятельности, установленные локальными нормативными актами заказчиков и (или) работодателей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4953" w:type="dxa"/>
          </w:tcPr>
          <w:p w14:paraId="11AF4A7C" w14:textId="77777777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49EE78" w14:textId="61603F55" w:rsidR="00074794" w:rsidRDefault="00495918" w:rsidP="00074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трудовым договором</w:t>
            </w:r>
          </w:p>
        </w:tc>
      </w:tr>
      <w:tr w:rsidR="00074794" w:rsidRPr="00495918" w14:paraId="3AA8B3FF" w14:textId="77777777" w:rsidTr="00495918">
        <w:tc>
          <w:tcPr>
            <w:tcW w:w="4952" w:type="dxa"/>
            <w:vAlign w:val="center"/>
          </w:tcPr>
          <w:p w14:paraId="2E8BD735" w14:textId="77777777" w:rsidR="00074794" w:rsidRPr="00F152FD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о прохождении гражданином практической подготовки у заказчика или работодателя и о сопровождении гражданина наставником:</w:t>
            </w:r>
          </w:p>
        </w:tc>
        <w:tc>
          <w:tcPr>
            <w:tcW w:w="4953" w:type="dxa"/>
            <w:vAlign w:val="center"/>
          </w:tcPr>
          <w:p w14:paraId="45CBE8A4" w14:textId="6053193F" w:rsidR="00074794" w:rsidRDefault="00495918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074794" w14:paraId="62590D2A" w14:textId="77777777" w:rsidTr="00D84699">
        <w:tc>
          <w:tcPr>
            <w:tcW w:w="4952" w:type="dxa"/>
            <w:vAlign w:val="center"/>
          </w:tcPr>
          <w:p w14:paraId="750DFDFF" w14:textId="77777777" w:rsidR="00074794" w:rsidRPr="00F152FD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15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ребования к успеваемости с указанием критериев их исполнения, в том числе в отношении отдельных дисциплин (модулей) и (или) практики:</w:t>
            </w:r>
          </w:p>
        </w:tc>
        <w:tc>
          <w:tcPr>
            <w:tcW w:w="4953" w:type="dxa"/>
          </w:tcPr>
          <w:p w14:paraId="34D620F7" w14:textId="77777777" w:rsidR="00074794" w:rsidRDefault="00074794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7659A0" w14:textId="0888CCA2" w:rsidR="00074794" w:rsidRDefault="00495918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59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074794" w14:paraId="71E20386" w14:textId="77777777" w:rsidTr="00495918">
        <w:tc>
          <w:tcPr>
            <w:tcW w:w="4952" w:type="dxa"/>
            <w:vAlign w:val="center"/>
          </w:tcPr>
          <w:p w14:paraId="0D5AED63" w14:textId="77777777" w:rsidR="00074794" w:rsidRPr="00F152FD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15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орядок сокращения мер поддержки при невыполнении требований к успеваемости:</w:t>
            </w:r>
          </w:p>
        </w:tc>
        <w:tc>
          <w:tcPr>
            <w:tcW w:w="4953" w:type="dxa"/>
            <w:vAlign w:val="center"/>
          </w:tcPr>
          <w:p w14:paraId="79E8C532" w14:textId="1B80B347" w:rsidR="00074794" w:rsidRDefault="00495918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59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074794" w14:paraId="531F7A3B" w14:textId="77777777" w:rsidTr="00D84699">
        <w:tc>
          <w:tcPr>
            <w:tcW w:w="4952" w:type="dxa"/>
            <w:vAlign w:val="center"/>
          </w:tcPr>
          <w:p w14:paraId="06AE2F55" w14:textId="77777777" w:rsidR="00074794" w:rsidRPr="00F152FD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15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словия и порядок восстановления мер поддержки:</w:t>
            </w:r>
          </w:p>
        </w:tc>
        <w:tc>
          <w:tcPr>
            <w:tcW w:w="4953" w:type="dxa"/>
          </w:tcPr>
          <w:p w14:paraId="2342C22A" w14:textId="6567F21E" w:rsidR="00074794" w:rsidRDefault="00495918" w:rsidP="000747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59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074794" w14:paraId="50346F12" w14:textId="77777777" w:rsidTr="009436D2">
        <w:trPr>
          <w:trHeight w:val="1214"/>
        </w:trPr>
        <w:tc>
          <w:tcPr>
            <w:tcW w:w="4952" w:type="dxa"/>
            <w:vAlign w:val="center"/>
          </w:tcPr>
          <w:p w14:paraId="79A11361" w14:textId="77777777" w:rsidR="00074794" w:rsidRPr="00F152FD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лицам, осуществляющим трудовую деятельность, указанную в настоящем предложении</w:t>
            </w:r>
          </w:p>
        </w:tc>
        <w:tc>
          <w:tcPr>
            <w:tcW w:w="4953" w:type="dxa"/>
          </w:tcPr>
          <w:p w14:paraId="33716A4C" w14:textId="77777777" w:rsidR="00074794" w:rsidRDefault="00074794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07BB68" w14:textId="77777777" w:rsidR="00074794" w:rsidRDefault="00074794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AD376F" w14:textId="7EBF4C12" w:rsidR="00074794" w:rsidRDefault="00495918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59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074794" w:rsidRPr="00617BE2" w14:paraId="3FA172A9" w14:textId="77777777" w:rsidTr="00797E26">
        <w:tc>
          <w:tcPr>
            <w:tcW w:w="9905" w:type="dxa"/>
            <w:gridSpan w:val="2"/>
            <w:vAlign w:val="center"/>
          </w:tcPr>
          <w:p w14:paraId="0695E5E7" w14:textId="77777777" w:rsidR="00074794" w:rsidRPr="009436D2" w:rsidRDefault="00074794" w:rsidP="0007479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36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V.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Ответственность за</w:t>
            </w:r>
            <w:r w:rsidRPr="009436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неисполнения обязательств по договору о целевом обучении</w:t>
            </w:r>
          </w:p>
        </w:tc>
      </w:tr>
      <w:tr w:rsidR="00074794" w14:paraId="42D8E4FE" w14:textId="77777777" w:rsidTr="00495918">
        <w:trPr>
          <w:trHeight w:val="683"/>
        </w:trPr>
        <w:tc>
          <w:tcPr>
            <w:tcW w:w="4952" w:type="dxa"/>
            <w:vAlign w:val="center"/>
          </w:tcPr>
          <w:p w14:paraId="2FB88986" w14:textId="77777777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Ответственность заказчика</w:t>
            </w:r>
          </w:p>
        </w:tc>
        <w:tc>
          <w:tcPr>
            <w:tcW w:w="4953" w:type="dxa"/>
            <w:vAlign w:val="center"/>
          </w:tcPr>
          <w:p w14:paraId="5580A222" w14:textId="0BD658DC" w:rsidR="00074794" w:rsidRDefault="00495918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74794" w14:paraId="5FFE33AC" w14:textId="77777777" w:rsidTr="00495918">
        <w:trPr>
          <w:trHeight w:val="698"/>
        </w:trPr>
        <w:tc>
          <w:tcPr>
            <w:tcW w:w="4952" w:type="dxa"/>
            <w:vAlign w:val="center"/>
          </w:tcPr>
          <w:p w14:paraId="15D5BAAB" w14:textId="77777777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Ответственность гражданина</w:t>
            </w:r>
          </w:p>
        </w:tc>
        <w:tc>
          <w:tcPr>
            <w:tcW w:w="4953" w:type="dxa"/>
            <w:vAlign w:val="center"/>
          </w:tcPr>
          <w:p w14:paraId="4366F628" w14:textId="391BAF63" w:rsidR="00074794" w:rsidRDefault="00495918" w:rsidP="00495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74794" w:rsidRPr="00617BE2" w14:paraId="4C8B7C66" w14:textId="77777777" w:rsidTr="002F42C8">
        <w:tc>
          <w:tcPr>
            <w:tcW w:w="9905" w:type="dxa"/>
            <w:gridSpan w:val="2"/>
            <w:vAlign w:val="center"/>
          </w:tcPr>
          <w:p w14:paraId="361130D7" w14:textId="77777777" w:rsidR="00074794" w:rsidRPr="009436D2" w:rsidRDefault="00074794" w:rsidP="0007479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36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VI. Контакты лиц, определенных заказчиком ответственными за организацию заключения договоров о целевом обучении</w:t>
            </w:r>
          </w:p>
        </w:tc>
      </w:tr>
      <w:tr w:rsidR="00074794" w:rsidRPr="00617BE2" w14:paraId="50D2A652" w14:textId="77777777" w:rsidTr="00D84699">
        <w:tc>
          <w:tcPr>
            <w:tcW w:w="4952" w:type="dxa"/>
            <w:vAlign w:val="center"/>
          </w:tcPr>
          <w:p w14:paraId="1E303C29" w14:textId="77777777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ФИО, должность, телефон контактного лица</w:t>
            </w:r>
          </w:p>
        </w:tc>
        <w:tc>
          <w:tcPr>
            <w:tcW w:w="4953" w:type="dxa"/>
          </w:tcPr>
          <w:p w14:paraId="3B80A1F9" w14:textId="3995A40D" w:rsidR="00074794" w:rsidRDefault="00074794" w:rsidP="000747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_GoBack"/>
            <w:bookmarkEnd w:id="1"/>
          </w:p>
        </w:tc>
      </w:tr>
    </w:tbl>
    <w:p w14:paraId="11A4D1B1" w14:textId="77777777" w:rsidR="006600C0" w:rsidRPr="006600C0" w:rsidRDefault="006600C0" w:rsidP="006600C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B0D3E73" w14:textId="77777777" w:rsidR="00EF18FF" w:rsidRPr="006600C0" w:rsidRDefault="009436D2" w:rsidP="006600C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00C0">
        <w:rPr>
          <w:rFonts w:ascii="Times New Roman" w:hAnsi="Times New Roman" w:cs="Times New Roman"/>
          <w:sz w:val="24"/>
          <w:szCs w:val="24"/>
          <w:lang w:val="ru-RU"/>
        </w:rPr>
        <w:t>Подпись уполномоченного лица ______________________    М.П.</w:t>
      </w:r>
    </w:p>
    <w:sectPr w:rsidR="00EF18FF" w:rsidRPr="006600C0" w:rsidSect="006600C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1FD4"/>
    <w:rsid w:val="0006063C"/>
    <w:rsid w:val="00074794"/>
    <w:rsid w:val="0015074B"/>
    <w:rsid w:val="002332EB"/>
    <w:rsid w:val="0029639D"/>
    <w:rsid w:val="00326F90"/>
    <w:rsid w:val="00495918"/>
    <w:rsid w:val="004E42D5"/>
    <w:rsid w:val="00617BE2"/>
    <w:rsid w:val="006600C0"/>
    <w:rsid w:val="006607CF"/>
    <w:rsid w:val="008756F7"/>
    <w:rsid w:val="009436D2"/>
    <w:rsid w:val="00AA1D8D"/>
    <w:rsid w:val="00B06B04"/>
    <w:rsid w:val="00B47730"/>
    <w:rsid w:val="00BC24C7"/>
    <w:rsid w:val="00C0279E"/>
    <w:rsid w:val="00CB0664"/>
    <w:rsid w:val="00D84699"/>
    <w:rsid w:val="00DB4DAD"/>
    <w:rsid w:val="00DE2B91"/>
    <w:rsid w:val="00E83C57"/>
    <w:rsid w:val="00EF18FF"/>
    <w:rsid w:val="00F00E8D"/>
    <w:rsid w:val="00F152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C9FB9"/>
  <w14:defaultImageDpi w14:val="300"/>
  <w15:docId w15:val="{CB87693B-5064-4FB6-9536-522595E0F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4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8B4073-0232-4500-AFFD-7084240F5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Светлана Костарева</cp:lastModifiedBy>
  <cp:revision>3</cp:revision>
  <dcterms:created xsi:type="dcterms:W3CDTF">2026-07-31T04:56:00Z</dcterms:created>
  <dcterms:modified xsi:type="dcterms:W3CDTF">2026-08-14T03:36:00Z</dcterms:modified>
  <cp:category/>
</cp:coreProperties>
</file>